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RÉCAP ORAL ANGLAIS</w:t>
      </w:r>
    </w:p>
    <w:p>
      <w:pPr>
        <w:pStyle w:val="Heading2"/>
      </w:pPr>
      <w:r>
        <w:t>Thème 1 : Fast Fashion / Vinted / Environnement</w:t>
      </w:r>
    </w:p>
    <w:p>
      <w:r>
        <w:rPr>
          <w:b/>
        </w:rPr>
        <w:t>1. What do you think about fast fashion?</w:t>
      </w:r>
    </w:p>
    <w:p>
      <w:pPr>
        <w:ind w:left="400"/>
      </w:pPr>
      <w:r>
        <w:t>→ It’s bad for the environment.</w:t>
      </w:r>
    </w:p>
    <w:p>
      <w:r>
        <w:rPr>
          <w:b/>
        </w:rPr>
        <w:t>2. Do you buy fast fashion? Why?</w:t>
      </w:r>
    </w:p>
    <w:p>
      <w:pPr>
        <w:ind w:left="400"/>
      </w:pPr>
      <w:r>
        <w:t>→ Yes, because it’s cheap but not good quality.</w:t>
      </w:r>
    </w:p>
    <w:p>
      <w:r>
        <w:rPr>
          <w:b/>
        </w:rPr>
        <w:t>3. What is the impact on the environment?</w:t>
      </w:r>
    </w:p>
    <w:p>
      <w:pPr>
        <w:ind w:left="400"/>
      </w:pPr>
      <w:r>
        <w:t>→ Too much waste and overproduction.</w:t>
      </w:r>
    </w:p>
    <w:p>
      <w:r>
        <w:rPr>
          <w:b/>
        </w:rPr>
        <w:t>4. What does "overconsumption" mean?</w:t>
      </w:r>
    </w:p>
    <w:p>
      <w:pPr>
        <w:ind w:left="400"/>
      </w:pPr>
      <w:r>
        <w:t>→ People buy ever more clothes, often useless.</w:t>
      </w:r>
    </w:p>
    <w:p>
      <w:r>
        <w:rPr>
          <w:b/>
        </w:rPr>
        <w:t>5. What is Vinted? Do you use it?</w:t>
      </w:r>
    </w:p>
    <w:p>
      <w:pPr>
        <w:ind w:left="400"/>
      </w:pPr>
      <w:r>
        <w:t>→ It’s an app to sell or buy clothes. Yes, I use it.</w:t>
      </w:r>
    </w:p>
    <w:p>
      <w:r>
        <w:rPr>
          <w:b/>
        </w:rPr>
        <w:t>6. How to reduce textile waste?</w:t>
      </w:r>
    </w:p>
    <w:p>
      <w:pPr>
        <w:ind w:left="400"/>
      </w:pPr>
      <w:r>
        <w:t>→ Wear clothes longer, use Vinted.</w:t>
      </w:r>
    </w:p>
    <w:p>
      <w:r>
        <w:rPr>
          <w:b/>
        </w:rPr>
        <w:t>7. Why are fast fashion clothes poorly made?</w:t>
      </w:r>
    </w:p>
    <w:p>
      <w:pPr>
        <w:ind w:left="400"/>
      </w:pPr>
      <w:r>
        <w:t>→ Made fast, with poor quality.</w:t>
      </w:r>
    </w:p>
    <w:p>
      <w:r>
        <w:rPr>
          <w:b/>
        </w:rPr>
        <w:t>8. What happens to thrown-away clothes?</w:t>
      </w:r>
    </w:p>
    <w:p>
      <w:pPr>
        <w:ind w:left="400"/>
      </w:pPr>
      <w:r>
        <w:t>→ They end up in rubbish dumps.</w:t>
      </w:r>
    </w:p>
    <w:p>
      <w:r>
        <w:rPr>
          <w:b/>
        </w:rPr>
        <w:t>9. Why is production faster and faster?</w:t>
      </w:r>
    </w:p>
    <w:p>
      <w:pPr>
        <w:ind w:left="400"/>
      </w:pPr>
      <w:r>
        <w:t>→ To make more clothes available quickly.</w:t>
      </w:r>
    </w:p>
    <w:p>
      <w:r>
        <w:rPr>
          <w:b/>
        </w:rPr>
        <w:t>10. Pros and cons of cheap clothes?</w:t>
      </w:r>
    </w:p>
    <w:p>
      <w:pPr>
        <w:ind w:left="400"/>
      </w:pPr>
      <w:r>
        <w:t>→ Cheap but badly made and not durable.</w:t>
      </w:r>
    </w:p>
    <w:p>
      <w:r>
        <w:rPr>
          <w:b/>
        </w:rPr>
        <w:t>11. Will clothing consumption rise by 2030?</w:t>
      </w:r>
    </w:p>
    <w:p>
      <w:pPr>
        <w:ind w:left="400"/>
      </w:pPr>
      <w:r>
        <w:t>→ Yes, because fashion goes faster.</w:t>
      </w:r>
    </w:p>
    <w:p>
      <w:r>
        <w:rPr>
          <w:b/>
        </w:rPr>
        <w:t>12. Solutions for a sustainable future?</w:t>
      </w:r>
    </w:p>
    <w:p>
      <w:pPr>
        <w:ind w:left="400"/>
      </w:pPr>
      <w:r>
        <w:t>→ Buy less, avoid overconsumption, use Vinted.</w:t>
      </w:r>
    </w:p>
    <w:p>
      <w:pPr>
        <w:pStyle w:val="Heading2"/>
      </w:pPr>
      <w:r>
        <w:t>Thème 2 : Google Maps</w:t>
      </w:r>
    </w:p>
    <w:p>
      <w:r>
        <w:rPr>
          <w:b/>
        </w:rPr>
        <w:t>1. Do you use Google Maps?</w:t>
      </w:r>
    </w:p>
    <w:p>
      <w:pPr>
        <w:ind w:left="400"/>
      </w:pPr>
      <w:r>
        <w:t>→ Yes, often.</w:t>
      </w:r>
    </w:p>
    <w:p>
      <w:r>
        <w:rPr>
          <w:b/>
        </w:rPr>
        <w:t>2. How often do you use it?</w:t>
      </w:r>
    </w:p>
    <w:p>
      <w:pPr>
        <w:ind w:left="400"/>
      </w:pPr>
      <w:r>
        <w:t>→ On a daily basis.</w:t>
      </w:r>
    </w:p>
    <w:p>
      <w:r>
        <w:rPr>
          <w:b/>
        </w:rPr>
        <w:t>3. Why is it useful?</w:t>
      </w:r>
    </w:p>
    <w:p>
      <w:pPr>
        <w:ind w:left="400"/>
      </w:pPr>
      <w:r>
        <w:t>→ Helps me get around and not be lost.</w:t>
      </w:r>
    </w:p>
    <w:p>
      <w:r>
        <w:rPr>
          <w:b/>
        </w:rPr>
        <w:t>4. Ever got lost with Google Maps?</w:t>
      </w:r>
    </w:p>
    <w:p>
      <w:pPr>
        <w:ind w:left="400"/>
      </w:pPr>
      <w:r>
        <w:t>→ Yes, sometimes it’s confusing.</w:t>
      </w:r>
    </w:p>
    <w:p>
      <w:r>
        <w:rPr>
          <w:b/>
        </w:rPr>
        <w:t>5. Do you use it abroad?</w:t>
      </w:r>
    </w:p>
    <w:p>
      <w:pPr>
        <w:ind w:left="400"/>
      </w:pPr>
      <w:r>
        <w:t>→ Yes, it’s useful throughout the world.</w:t>
      </w:r>
    </w:p>
    <w:p>
      <w:r>
        <w:rPr>
          <w:b/>
        </w:rPr>
        <w:t>6. Difference with a paper road map?</w:t>
      </w:r>
    </w:p>
    <w:p>
      <w:pPr>
        <w:ind w:left="400"/>
      </w:pPr>
      <w:r>
        <w:t>→ Google Maps is faster and modern.</w:t>
      </w:r>
    </w:p>
    <w:p>
      <w:r>
        <w:rPr>
          <w:b/>
        </w:rPr>
        <w:t>7. Limits or problems?</w:t>
      </w:r>
    </w:p>
    <w:p>
      <w:pPr>
        <w:ind w:left="400"/>
      </w:pPr>
      <w:r>
        <w:t>→ Sometimes the way is wrong or confusing.</w:t>
      </w:r>
    </w:p>
    <w:p>
      <w:r>
        <w:rPr>
          <w:b/>
        </w:rPr>
        <w:t>8. Discovered a place thanks to it?</w:t>
      </w:r>
    </w:p>
    <w:p>
      <w:pPr>
        <w:ind w:left="400"/>
      </w:pPr>
      <w:r>
        <w:t>→ Yes, restaurants or tourist places.</w:t>
      </w:r>
    </w:p>
    <w:p>
      <w:r>
        <w:rPr>
          <w:b/>
        </w:rPr>
        <w:t>9. Is it now essential?</w:t>
      </w:r>
    </w:p>
    <w:p>
      <w:pPr>
        <w:ind w:left="400"/>
      </w:pPr>
      <w:r>
        <w:t>→ Yes, it’s unavoidable today.</w:t>
      </w:r>
    </w:p>
    <w:p>
      <w:r>
        <w:rPr>
          <w:b/>
        </w:rPr>
        <w:t>10. What if it disappeared?</w:t>
      </w:r>
    </w:p>
    <w:p>
      <w:pPr>
        <w:ind w:left="400"/>
      </w:pPr>
      <w:r>
        <w:t>→ We would be lost or late.</w:t>
      </w:r>
    </w:p>
    <w:p>
      <w:r>
        <w:rPr>
          <w:b/>
        </w:rPr>
        <w:t>11. Does it save time?</w:t>
      </w:r>
    </w:p>
    <w:p>
      <w:pPr>
        <w:ind w:left="400"/>
      </w:pPr>
      <w:r>
        <w:t>→ Yes, it shows the best way.</w:t>
      </w:r>
    </w:p>
    <w:p>
      <w:r>
        <w:rPr>
          <w:b/>
        </w:rPr>
        <w:t>12. Would you recommend it? Why?</w:t>
      </w:r>
    </w:p>
    <w:p>
      <w:pPr>
        <w:ind w:left="400"/>
      </w:pPr>
      <w:r>
        <w:t>→ Yes, it’s practical and fast.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